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טעויות כהזדמנות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"טעויות כהזדמנות"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ללמוד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mistake / ошибка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to try / пытаться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learn / учиться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again / снова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טעויות כהזדמנות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טעות זה בסדר. לומדים ממנה ומנסים שוב.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mistake · ошибка · ስህተት · خطأ · erreur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 · пытаться · መሞከር · يحاول · essayer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ללמוד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learn · учиться · መማር · يتعلم · apprendre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again · снова · እንደገና · مرة أخرى · encore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טעות  |  לנסות  |  ללמוד  |  שוב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learn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טעות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ללמוד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לנסות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learn / учиться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again / снова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ללמוד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to try / пытаться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mistake / ошибка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בסדר. לומדים ממנה ומנסים שוב.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"טעות".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עשיתם פעם כשמשהו לא הצליח?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לנסות שוב משהו שלא הצליח / לומר לחבר שטעה: "זה בסדר")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טעויות כהזדמנות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