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רגישות לזולת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"רגישות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🫶 רגישות לזולת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שֶׁלְּיָדֵנוּ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רגישות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🫶 👀 🤗  משפט השבוע: שָׂמִים לֵב לְמִי שֶׁלְּיָדֵנוּ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שׁוֹרָשִׁים  |  שֶׁעָבַרְנוּ  |  שֶׁלְּיָדֵנוּ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"שָׂמִים לֵב לְמִי שֶׁלְּיָדֵנוּ"?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🫶 רגישות לזולת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🌳 מסורת ושורשים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לשים לב למי שמשחק לבד ולהזמין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חבר: מה שלומך?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שָׂמִים לֵב לְמִי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איך יודעים שחבר או חברה עצובים?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לשים לב למי שמשחק לבד ולהזמין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רגישות לזולת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