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רגישות לזולת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"רגישות לזולת"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לשים לב לרגשות ולצרכים של אחרים, ולהגיב בעדינות ובאכפתיות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להכיר את הסיפורים, המנהגים והמקומות שמהם באנו, ולכבד גם את של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להסתכל אחורה בהכרת תודה על הדרך, ולהיפרד בלב פתוח לקראת המשך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שבוע של געגוע, חיבור וקהילה: מתכנסים יחד ומתחילים חודש 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תשומת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🫶 רגישות לזולת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רגישות לזולת – לשים לב לרגשות ולצרכים של אחרים, ולהגיב בעדינות ובאכפתיות.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ליה שמה לב שהחברה שלה, אדל, כבר שבוע לא צוחקת ולא אוכלת בהפסקה. כולם אמרו "זה יעבור". ליה שלחה לה הודעה קצרה: "אני פה אם בא לך לדבר". אדל ענתה רק יום אחרי, אבל כתבה: "תודה שראית אותי". מתי חשוב לשים לב, ומתי חשוב גם לספר למבוגר?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מתי כדאי לספר למבוגר שחבר במצוקה?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מראים אכפתיות בלי להביך?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ההבדל בין רגישות לבין חטטנות?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"רגישות לזולת"?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להתחשב במי שמתקשה בכיתה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למבוגר אם משהו מדאיג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לשלוח הודעה טובה למי שנראה עצוב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רגישות לזולת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להסתכל אחורה בהכרת תודה על הדרך, ולהיפרד בלב פתוח לקראת המשך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🌳 מסורת ושורשים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להכיר את הסיפורים, המנהגים והמקומות שמהם באנו, ולכבד גם את של 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🌅 פרידה וסיכום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שבוע של געגוע, חיבור וקהילה: מתכנסים יחד ומתחילים חודש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סיגד וראש חודש כסליו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לשים לב לרגשות ולצרכים של אחרים, ולהגיב בעדינות ובאכפתיות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"________ פקוחות ולב פתוח רואים יותר"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שתי מילים שמתחילות באות ת. אפשר לתת אותי לכל אחד בלי שיחסר לנו, ובזכותי אנשים מרגישים שרואים אותם.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לשלוח הודעה טובה למי שנראה עצוב · להתחשב במי שמתקשה בכיתה · לספר למבוגר אם משהו מדאיג אותי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לשים לב לאחרים?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מתי השבוע מישהו שם לב אליכם, או אתם שמתם לב למישהו?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רגישות לזולת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